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🧑‍🏫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4B2BA8"/>
          <w:sz w:val="48"/>
          <w:rtl/>
          <w:szCs w:val="48"/>
          <w:bCs/>
        </w:rPr>
        <w:t>מהדורה למורה – מפתח תשובות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🌾 חג הסיגד · יסודי – מהדורה למורה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מפתח לכל 3 המסלולים (רגיל · חנ״מ · עולים) ולכל המשחקים בחוברות התלמיד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רגיל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יַרְדֵּן – יַרְדֵּן! הִיא "לֹא אָכְלָה דָּבָר עַד הַצָּהֳרַיִם" וְצִיְּרָה "בְּעִפָּרוֹן יָרֹק" – בְּדִיּוּק כְּמוֹ הַפֶּתֶק. הַכִּסּוּפִים שֶׁלָּהּ הֵם הַגַּעְגּוּעִים לִירוּשָׁלַיִם, לֵב חַג הַסִּיגְד.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כָּתוּב בַּפֶּתֶק עַל הַבֹּקֶר שֶׁל הַכּוֹתֵב? ← צוֹם – בְּלִי אֹכֶל מֵהַבֹּקֶר (שולל: אֵיתָן)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בְּאֵיזֶה צֶבַע כָּתוּב הַפֶּתֶק, וּמָה זֶה מְלַמֵּד אוֹתָנוּ? ← יָרֹק – וְלִנֹגַהּ הָיָה רַק עֵט כָּחֹל (שולל: נֹגַהּ)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מָה אֶפְשָׁר לְהָבִין מִן הַשְּׁאֵלָה שֶׁל מָאיָה לַמּוֹרָה? ← שֶׁמָּאיָה לֹא הִכִּירָה אֶת הַמִּלָּה "כִּסּוּפִים" (שולל: מָאיָה)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סִיגְד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אוֹרִית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קֵסִים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גְּעֵז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יְרוּשָׁלַיִם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כָּל הַכָּבוֹד! גִּלִּיתֶם אֶת סוֹד הָהָר: תְּפִלָּה, תִּקְוָה וְאַחְדוּת.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אחדות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הַכְּפָר: בְּכ״ט בְּחֶשְׁוָן → 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מַעֲלֵה הָהָר: קֵסִים ↔ מַנְהִיגֵי הַקְּהִלָּה · אוֹרִית ↔ סִפְרֵי הַקֹּדֶשׁ · גְּעֵז ↔ שָׂפָה עַתִּיקָה · סִיגְד ↔ הִשְׁתַּחֲוָיָה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רֹאשׁ הָהָר: כִּי הָהָר מַזְכִּיר אֶת הַר סִינַי → 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הַיְּרִידָה וְהַסְּעוּדָה: בַּבֹּקֶר ↔ צוֹם וּתְפִלָּה עַל הָהָר · בַּצָּהֳרַיִם ↔ יְרִידָה מִן הָהָר · אַחַר כָּךְ ↔ סְעוּדָה וְשִׂמְחָה יַחַד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הַטַּיֶּלֶת: בְּטַיֶּלֶת מוּל הָעִיר הָעַתִּיקָה → 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הַקְּהִלָּה מִתְאַסֶּפֶת בַּבֹּקֶר, בְּצוֹם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עוֹלִים יַחַד אֶל רֹאשׁ הָהָר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הַקֵּסִים קוֹרְאִים מִן הָאוֹרִית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יוֹרְדִים מִן הָהָר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אוֹכְלִים יַחַד וְשָׂמֵחִים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אָז – בְּאֶתְיוֹפְּיָה: עוֹלִים לְהַר גָּבוֹהַּ לְיַד הַכְּפָר · מַבִּיטִים מֵרָחוֹק לְכִוּוּן יְרוּשָׁלַיִם · הַחֲלוֹם לְהַגִּיעַ לִירוּשָׁלַיִם עוֹד לֹא הִתְגַּשֵּׁם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הַיּוֹם – בִּירוּשָׁלַיִם: עוֹמְדִים בְּטַיֶּלֶת מוּל הָעִיר הָעַתִּיקָה · חוֹגְגִים בְּתוֹךְ יְרוּשָׁלַיִם עַצְמָהּ · כִּתּוֹת מִכָּל הָאָרֶץ בָּאוֹת לִרְאוֹת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עֻבְדָּה: הַסִּיגְד חָל בְּכ״ט בְּחֶשְׁוָן · הָאוֹרִית כְּתוּבָה בִּגְעֵז · הַקֵּסִים הוֹלְכִים בְּרֹאשׁ הַקְּהִלָּה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דֵּעָה: הַסִּיגְד הוּא הֶחָג הֲכִי יָפֶה בַּשָּׁנָה · כְּדַאי שֶׁכָּל כִּתָּה תִּלְמַד עַל הַסִּיגְד · הַמִּטְרִיּוֹת הַצִּבְעוֹנִיּוֹת הֵן הַחֵלֶק הֲכִי מְעַנְיֵן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לְדַעְתְּכֶם הַסִּבָּה? ← כִּי בַּסִּיגְד צָמִים עַד הַצָּהֳרַיִם. ההמשך: בַּסִּיגְד צָמִים. הַצּוֹם עוֹזֵר לַחְשֹׁב עַל הַמַּעֲשִׂים שֶׁלָּנוּ, לְבַקֵּשׁ סְלִיחָה וּלְהִשְׁתַּפֵּר.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לְאָן הֵם הוֹלְכִים? ← אֶל רֹאשׁ הַר גָּבוֹהַּ. ההמשך: הֵם עָלוּ אֶל רֹאשׁ הַר גָּבוֹהַּ. לְפִי הַמָּסֹרֶת, הָהָר מַזְכִּיר אֶת הַר סִינַי, שֶׁבּוֹ קִבֵּל עַם יִשְׂרָאֵל אֶת הַתּוֹרָה.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אֵיךְ יָבִינוּ כֻּלָּם קְרִיאָה בְּשָׂפָה עַתִּיקָה? ← הַקֵּסִים יְתַרְגְּמוּ לְאַמְהָרִית, שְׂפַת הַיּוֹם־יוֹם. ההמשך: הַקֵּסִים קָרְאוּ בִּגְעֵז וְתִרְגְּמוּ לְאַמְהָרִית, כְּדֵי שֶׁכָּל אֶחָד וְאַחַת יָבִינוּ. הֵם דִּבְּרוּ עַל מַעֲשִׂים טוֹבִים, עַל סְלִיחָה וְעַל אַחְדוּת.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לְאָן הִבִּיטוּ? ← לְכִוּוּן יְרוּשָׁלַיִם. ההמשך: הֵם הִבִּיטוּ לְכִוּוּן יְרוּשָׁלַיִם, מְלֵאֵי כִּסּוּפִים. הַיּוֹם רַבִּים חוֹגְגִים אֶת הַסִּיגְד בִּירוּשָׁלַיִם עַצְמָהּ – וְהַחֲלוֹם הָפַךְ לְמָקוֹם.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סְעוּדָה – סְעוּדָה בָּאָה בְּסוֹף הַיּוֹם, בְּשִׂמְחָה – הַשְּׁאָר הֵם חֵלֶק מֵחֶשְׁבּוֹן הַנֶּפֶשׁ עַל הָהָר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אוֹרִית – אוֹרִית הִיא שֵׁם שֶׁל סְפָרִים – הַשְּׁאָר הֵן שָׂפוֹת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שִׁכְחָה – שִׁכְחָה הִיא הַהֵפֶךְ – הַשְּׁאָר שׁוֹמְרִים אֶת יְרוּשָׁלַיִם בַּלֵּב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לִקְפֹּץ – לִקְפֹּץ זוֹ תְּנוּעָה לְמַעְלָה; הַשְּׁאָר – תְּנוּעוֹת שֶׁל כָּבוֹד וַעֲנָוָה, כְּמוֹ "סִיגְד"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תַּחְפֹּשׂוֹת – תַּחְפֹּשׂוֹת שַׁיָּכוֹת לְפוּרִים; הַשְּׁאָר – רַעֲיוֹנוֹת מֶרְכָּזִיִּים בַּסִּיגְד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כְּדֵי לִהְיוֹת קְרוֹבִים לַשָּׁמַיִם וּלְהִזָּכֵר בְּהַר סִינַי · 2) שֶׁרָצוּ שֶׁכָּל הַקְּהִלָּה תָּבִין · 3) הַצּוֹם עוֹזֵר לְהִתְכּוֹנֵן וּלְהִטָּהֵר לִפְנֵי הַתְּפִלָּה · 4) שֶׁחֲלוֹם מְשֻׁתָּף נוֹתֵן כֹּחַ לִקְהִלָּה · 5) כִּי כָּל הַקְּהִלָּה נֶאֱסֶפֶת יַחַד לִתְפִלָּה וּלְשִׂמְחָה · 6) הָעֲלִיָּה לָהָר וְהַתְּפִלָּה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 · 9) נכון · 10)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אַחֲרֵי · (2) כִּי · (3) וְגַם · (4) אֲבָל · (5) כִּסּוּפִים · (6) לְאַחַר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הַקֵּסִים עָלָה → הַקֵּסִים עָלוּ · אוֹרִית הַקְּדוֹשָׁה → הָאוֹרִית הַקְּדוֹשָׁה · הַתְּפִלָּה הָיָה אָרֹךְ → הַתְּפִלָּה הָיְתָה אֲרֻכָּה · לְהַכְּפָר → לַכְּפָר · בְּשִׂימְחָה → בְּשִׂמְחָה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חנ״מ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רוֹנִי – רוֹנִי! הוּא הָלַךְ בַּגֶּשֶׁם עִם הַמִּטְרִיָּה. לָכֵן הִיא רְטֻבָּה 💧.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מִי הָלַךְ בַּגֶּשֶׁם? 🌧️ ← דָּנִי וְרוֹנִי (שולל: שִׁירָה)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אָמַר דָּנִי? 💬 ← שָׁכַחְתִּי מִטְרִיָּה (שולל: דָּנִי)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קֵסִים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אוֹרִית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יַחַד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🎉 כָּל הַכָּבוֹד! חַג סִיגְד שָׂמֵחַ!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תקוה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הַבַּיִת: צָמִים 🚫🍞 → 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הַדֶּרֶךְ: לָהָר ⛰️ → 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רֹאשׁ הָהָר: מִן הָאוֹרִית 📜 → 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יְרוּשָׁלַיִם: לִירוּשָׁלַיִם ❤️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צָמִים בַּבֹּקֶר 🚫🍞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מִתְפַּלְּלִים עַל הָהָר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אוֹכְלִים יַחַד 🍲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שַׁיָּךְ לַסִּיגְד 🌾: הַר ⛰️ · אוֹרִית 📜 · קֵסִים 🙏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לֹא שַׁיָּךְ ❌: סְבִיבוֹן 🎡 · מַצּוֹת 🫓 · תַּחְפֹּשֶׂת 🎭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הוּא יַעֲשֶׂה? ← יָצוּם וְיֵצֵא לַדֶּרֶךְ 🚶. ההמשך: אַבְרָהָם צָם. הוּא יוֹצֵא עִם כֻּלָּם לַדֶּרֶךְ.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מָה אַתֶּם חוֹשְׁבִים? ← הַקֵּסִים 🙏. ההמשך: הַקֵּסִים הוֹלְכִים רִאשׁוֹנִים. הֵם מַנְהִיגֵי הַקְּהִלָּה.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לְאָן הֵם מַבִּיטִים? ← לְכִוּוּן יְרוּשָׁלַיִם. ההמשך: הֵם מַבִּיטִים לְכִוּוּן יְרוּשָׁלַיִם ❤️. הֵם מִתְגַּעְגְּעִים.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🍦 גְּלִידָה – גְּלִידָה לֹא קְשׁוּרָה לַסִּיגְד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⚽ כַּדּוּר – כַּדּוּר לֹא מוֹבִיל אֲנָשִׁים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🕎 מַדְלִיקִים חֲנֻכִּיָּה – חֲנֻכִּיָּה שַׁיֶּכֶת לַחֲנֻכָּה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לָהָר ⛰️ · 2) קוֹרֵא וּמוֹבִיל 📜 · 3) כְּדֵי לְהִתְכּוֹנֵן לַתְּפִלָּה 🙏 · 4) חוֹגְגִים וְאוֹכְלִים יַחַד 🎉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נכון · 3) לא נכון · 4) נכון · 5) לא נכון · 6)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לָהָר · (2) מֵהָאוֹרִית · (3) בָּעֶרֶב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הַקְּהִלָּה עוֹלִים → הַקְּהִלָּה עוֹלָה · הַקֵּס קוֹרֵאת → הַקֵּס קוֹרֵא · בְּשִׂימְחָה → בְּשִׂמְחָה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מסלול עולים חדשים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🕵️ בלש הטקסט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האשם/ה: קַמִּילָה – קַמִּילָה! הִיא הִגִּיעָה מֻקְדָּם. הַשְּׁכֵנָה סִפְּרָה לָהּ עַל הַסִּיגְד. הִיא רָצְתָה לְבָרֵךְ אֶת כֻּלָּם.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מִי לֹא בְּבֵית הַסֵּפֶר הַיּוֹם? ← אַבְרָהָם (שולל: אַבְרָהָם)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מָתַי הִגִּיעַ נָתָן? ← בְּשָׁעָה תֵּשַׁע – אַחֲרֵי הַמּוֹרָה (שולל: נָתָן)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בְּאֵיזֶה צֶבַע כָּתוּב עַל הַלּוּחַ? ← יָרֹק – וּלְלִיאוֹר יֵשׁ רַק אָדֹם (שולל: לִיאוֹר)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🗝️ צופן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חֶשְׁוָן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סְעוּדָה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קֵסִים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יְרוּשָׁלַיִם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המסר: יָפֶה מְאוֹד! עַכְשָׁו אַתֶּם יוֹדְעִים מִלִּים שֶׁל הַסִּיגְד. חַג שָׂמֵחַ!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🗺️ תחנות – קוד: שמחה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מִלִּים: צוֹם ↔ לֹא אוֹכְלִים · תְּפִלָּה ↔ מְדַבְּרִים עִם אֱלֹהִים · סְעוּדָה ↔ אֲרוּחָה גְּדוֹלָה → ש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הָהָר: לְהַר גָּבוֹהַּ → מ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אֲנָשִׁים: הַקֵּסִים ↔ קוֹרְאִים מִן הָאוֹרִית · כֻּלָּם ↔ צָמִים עַד הַצָּהֳרַיִם · הַשְּׁכֵנָה שֶׁל קַמִּילָה ↔ סִפְּרָה עַל הַסִּיגְד → 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הַיּוֹם: גַּם בִּירוּשָׁלַיִם → 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⏳🗂️ מיון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עוֹלִים לָהָר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הַקֵּסִים קוֹרְאִים מִן הָאוֹרִית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יוֹרְדִים מִן הָהָר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אוֹכְלִים סְעוּדָה גְּדוֹלָה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פֹּעַל – מָה עוֹשִׂים?: עוֹלִים · קוֹרְאִים · צָמִים · מִתְפַּלְּלִים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שֵׁם עֶצֶם – מָה זֶה?: הַר · אוֹרִית · סְעוּדָה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🔮 נחשו ובדקו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מָה אֶסְתֵּר רוֹצָה? ← לְהַזְמִין אֶת קַמִּילָה לַחַג. ההמשך: אֶסְתֵּר אוֹמֶרֶת: "מָחָר סִיגְד. בּוֹאִי אִתָּנוּ לִירוּשָׁלַיִם!"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לָמָּה אֶסְתֵּר לֹא אוֹכֶלֶת? ← הִיא צָמָה עַד הַצָּהֳרַיִם. ההמשך: אֶסְתֵּר מַסְבִּירָה: "בַּסִּיגְד צָמִים עַד הַצָּהֳרַיִם. חוֹשְׁבִים עַל מָה שֶׁעָשִׂינוּ."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לָמָּה אֶסְתֵּר בּוֹכָה? ← כִּי חֲלוֹם יָשָׁן הִתְגַּשֵּׁם. ההמשך: אֶסְתֵּר אוֹמֶרֶת: "בְּאֶתְיוֹפְּיָה רַק חָלַמְנוּ עַל יְרוּשָׁלַיִם. עַכְשָׁו אֲנַחְנוּ כָּאן." קַמִּילָה מְחַיֶּכֶת. גַּם הִיא הִגִּיעָה מֵרָחוֹק.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🧩 יוצא דופן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צָמִים – צָמִים = לֹא אוֹכְלִים. הַשְּׁאָר – עוֹשִׂים עִם אֹכֶל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יְרוּשָׁלַיִם – יְרוּשָׁלַיִם הִיא עִיר, וְהַשְּׁאָר אֲרָצוֹת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לֶחֶם – לֶחֶם הוּא דָּבָר, וְהַשְּׁאָר – אֲנָשִׁים שֶׁמְּלַמְּדִים וּמוֹבִילִים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שֻׁלְחָן – שֻׁלְחָן רוֹאִים בָּעֵינַיִם; הַשְּׁאָר מַרְגִּישִׁים בַּלֵּב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6A3FD4"/>
          <w:sz w:val="32"/>
          <w:rtl/>
          <w:szCs w:val="32"/>
          <w:bCs/>
        </w:rPr>
        <w:t>🏁 משחקי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טריוויה: 1) תְּפִלָּה וְגַעְגּוּעַ לִירוּשָׁלַיִם · 2) הוּא מַסְבִּיר לָמָּה הִתְגַּעְגְּעוּ · 3) נִגּוּד · 4) בִּשְׁנֵיהֶם הוֹלְכִים לְמָקוֹם גָּבוֹהַּ · 5) מְסַכֵּם אֶת הָרַעְיוֹן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נכון/לא נכון: 1) נכון · 2) לא נכון · 3) נכון · 4) לא נכון · 5) נכון · 6) לא נכון · 7) נכון · 8)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מחסן מילים: (1) כִּי · (2) אֲבָל · (3) וְגַם · (4) אַחַר כָּךְ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בלש הניסוח: הַקְּהִלָּה עוֹלִים → הַקְּהִלָּה עוֹלָה · קֵסִים קוֹרְאִים → הַקֵּסִים קוֹרְאִים · אֲרוּחָה גָּדוֹל → אֲרוּחָה גְּדוֹלָה · שְׂמֵחַ → שְׂמֵחִים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4B2BA8"/>
          <w:sz w:val="40"/>
          <w:rtl/>
          <w:szCs w:val="40"/>
          <w:bCs/>
        </w:rPr>
        <w:t>🔍 לוודא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תַּאֲרִיךְ: הַסִּיגְד חָל בְּכ״ט בְּחֶשְׁוָן – חֲמִשִּׁים יוֹם אַחֲרֵי יוֹם הַכִּפּוּרִים (בִּשְׁנַת 2026 – לִבְדֹּק בַּלּוּחַ).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הָאוֹרִית: כִּתְבֵי הַקֹּדֶשׁ שֶׁל הַקְּהִלָּה בִּגְעֵז (לְרֹב: חֲמִשָּׁה חֻמְשֵׁי תּוֹרָה וְעוֹד סְפָרִים) – לְוַדֵּא נִסּוּחַ.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מִנְהַג נְשִׂיאַת אֶבֶן עַל הָרֹאשׁ בַּדֶּרֶךְ לָהָר – מָסֹרֶת שֶׁמְּסֻפֶּרֶת;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הַסִּיגְד כְּחַג שֶׁל כָּל מְדִינַת יִשְׂרָאֵל – לְוַדֵּא אֶת הַנִּסּוּחַ.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תִּרְגּוּמֵי הַמִּלּוֹן (אַנְגְּלִית, רוּסִית, עֲרָבִית) – בְּדִיקַת דּוֹבְרֵי הַשָּׂפָה.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תַּאֲרִיךְ הַסִּיגְד בְּתשפ״ז: כ״ט בְּחֶשְׁוָן = 9.11.2026 (חִשּׁוּב) –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הָאוֹרִית: כִּתְבֵי הַקֹּדֶשׁ בְּגֵעֵז, הַכּוֹלְלִים אֶת חֲמֵשֶׁת חֻמְשֵׁי תּוֹרָה וְסְפָרִים נוֹסָפִים – לְוַדֵּא נֻסַּח.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הַמִּנְהָג לָשֵׂאת אֶבֶן עַל הָרֹאשׁ בַּעֲלִיָּה לָהָר –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הַסִּיגְד כְּחַג רִשְׁמִי בְּיִשְׂרָאֵל (נִקְבַּע בְּחֹק, 2008) – לְוַדֵּא.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הַקֶּשֶׁר לְחִדּוּשׁ הַבְּרִית בִּימֵי עֶזְרָא וּנְחֶמְיָה – מוּצָג כְּמָסֹרֶת.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🌾 חג הסיגד · יסודי – מהדורה למורה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